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Certificato di buona salute</w:t>
      </w:r>
    </w:p>
    <w:p>
      <w:r>
        <w:t>Il/La sottoscritto/a Dott./Dott.ssa ______________________________, Medico Veterinario iscritto/a all'Ordine dei Medici Veterinari della Provincia di ____________ al n. ________,</w:t>
      </w:r>
    </w:p>
    <w:p>
      <w:r/>
      <w:r>
        <w:rPr>
          <w:b/>
        </w:rPr>
        <w:t>certifica</w:t>
      </w:r>
      <w:r>
        <w:t xml:space="preserve"> di aver visitato in data ____________ l'animale: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Nome: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Specie: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Razza: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Sesso: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Data di nascita o età: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Peso (kg):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Microchip: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Mantello / segni particolari: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r>
        <w:t>di proprietà di / detenuto da: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Nome e cognome: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Codice fiscale: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Indirizzo: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Telefono: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r>
        <w:t>e che, al momento della visita, l'animale:</w:t>
      </w:r>
    </w:p>
    <w:p>
      <w:pPr>
        <w:ind w:left="283" w:hanging="283"/>
      </w:pPr>
      <w:r>
        <w:t>☐  si presenta in buono stato di salute e di nutrizione;</w:t>
      </w:r>
    </w:p>
    <w:p>
      <w:pPr>
        <w:ind w:left="283" w:hanging="283"/>
      </w:pPr>
      <w:r>
        <w:t>☐  non presenta segni clinici riferibili a malattie infettive o diffusive;</w:t>
      </w:r>
    </w:p>
    <w:p>
      <w:pPr>
        <w:ind w:left="283" w:hanging="283"/>
      </w:pPr>
      <w:r>
        <w:t>☐  non presenta ectoparassiti visibili;</w:t>
      </w:r>
    </w:p>
    <w:p>
      <w:pPr>
        <w:ind w:left="283" w:hanging="283"/>
      </w:pPr>
      <w:r>
        <w:t>☐  è in regola con le vaccinazioni riportate sotto.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>
              <w:rPr>
                <w:b/>
                <w:sz w:val="18"/>
              </w:rPr>
              <w:t>Vaccino</w:t>
            </w:r>
          </w:p>
        </w:tc>
        <w:tc>
          <w:tcPr>
            <w:tcW w:type="dxa" w:w="3364"/>
          </w:tcPr>
          <w:p>
            <w:r>
              <w:rPr>
                <w:b/>
                <w:sz w:val="18"/>
              </w:rPr>
              <w:t>Data</w:t>
            </w:r>
          </w:p>
        </w:tc>
        <w:tc>
          <w:tcPr>
            <w:tcW w:type="dxa" w:w="3364"/>
          </w:tcPr>
          <w:p>
            <w:r>
              <w:rPr>
                <w:b/>
                <w:sz w:val="18"/>
              </w:rPr>
              <w:t>Valido fino al</w:t>
            </w:r>
          </w:p>
        </w:tc>
      </w:tr>
      <w:tr>
        <w:trPr>
          <w:trHeight w:val="425"/>
        </w:trPr>
        <w:tc>
          <w:tcPr>
            <w:tcW w:type="dxa" w:w="3364"/>
          </w:tcPr>
          <w:p>
            <w:r/>
          </w:p>
        </w:tc>
        <w:tc>
          <w:tcPr>
            <w:tcW w:type="dxa" w:w="3364"/>
          </w:tcPr>
          <w:p>
            <w:r/>
          </w:p>
        </w:tc>
        <w:tc>
          <w:tcPr>
            <w:tcW w:type="dxa" w:w="3364"/>
          </w:tcPr>
          <w:p>
            <w:r/>
          </w:p>
        </w:tc>
      </w:tr>
      <w:tr>
        <w:trPr>
          <w:trHeight w:val="425"/>
        </w:trPr>
        <w:tc>
          <w:tcPr>
            <w:tcW w:type="dxa" w:w="3364"/>
          </w:tcPr>
          <w:p>
            <w:r/>
          </w:p>
        </w:tc>
        <w:tc>
          <w:tcPr>
            <w:tcW w:type="dxa" w:w="3364"/>
          </w:tcPr>
          <w:p>
            <w:r/>
          </w:p>
        </w:tc>
        <w:tc>
          <w:tcPr>
            <w:tcW w:type="dxa" w:w="3364"/>
          </w:tcPr>
          <w:p>
            <w:r/>
          </w:p>
        </w:tc>
      </w:tr>
      <w:tr>
        <w:trPr>
          <w:trHeight w:val="425"/>
        </w:trPr>
        <w:tc>
          <w:tcPr>
            <w:tcW w:type="dxa" w:w="3364"/>
          </w:tcPr>
          <w:p>
            <w:r/>
          </w:p>
        </w:tc>
        <w:tc>
          <w:tcPr>
            <w:tcW w:type="dxa" w:w="3364"/>
          </w:tcPr>
          <w:p>
            <w:r/>
          </w:p>
        </w:tc>
        <w:tc>
          <w:tcPr>
            <w:tcW w:type="dxa" w:w="3364"/>
          </w:tcPr>
          <w:p>
            <w:r/>
          </w:p>
        </w:tc>
      </w:tr>
    </w:tbl>
    <w:p>
      <w:pPr>
        <w:spacing w:line="120" w:lineRule="exact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835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Ultimo trattamento antiparassitario (prodotto e data):</w:t>
            </w:r>
          </w:p>
        </w:tc>
        <w:tc>
          <w:tcPr>
            <w:tcW w:type="dxa" w:w="6257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3835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Note:</w:t>
            </w:r>
          </w:p>
        </w:tc>
        <w:tc>
          <w:tcPr>
            <w:tcW w:type="dxa" w:w="6257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r>
        <w:t>Il presente certificato attesta quanto riscontrato alla visita ed è rilasciato su richiesta dell'interessato per uso: ______________________ (es. pensione per animali, toelettatura, esposizione, cessione).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Luogo: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Data: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/>
    <w:tbl>
      <w:tblPr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535"/>
          </w:tcPr>
          <w:p/>
        </w:tc>
        <w:tc>
          <w:tcPr>
            <w:tcW w:type="dxa" w:w="1020"/>
          </w:tcPr>
          <w:p/>
        </w:tc>
        <w:tc>
          <w:tcPr>
            <w:tcW w:type="dxa" w:w="4535"/>
            <w:tcBorders>
              <w:top w:val="single" w:sz="6" w:color="000000"/>
            </w:tcBorders>
          </w:tcPr>
          <w:p>
            <w:r>
              <w:rPr>
                <w:sz w:val="16"/>
              </w:rPr>
              <w:t>Firma e timbro del Medico Veterinario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Modello gratuito di Vetroom (www.vetroom.it), il gestionale veterinario gratuito. Adattalo alla tua struttura prima di usarlo.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[Nome della struttura veterinaria] · [Indirizzo] · [Telefono · Email] · [P.IVA]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Certificato di buona salute</dc:title>
  <dc:subject/>
  <dc:creator>Vetroom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